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3D5E6" w14:textId="77777777" w:rsidR="000F1B69" w:rsidRPr="003E489A" w:rsidRDefault="00000000">
      <w:pPr>
        <w:spacing w:after="30" w:line="240" w:lineRule="auto"/>
        <w:jc w:val="center"/>
        <w:rPr>
          <w:lang w:val="pl-PL"/>
        </w:rPr>
      </w:pPr>
      <w:r w:rsidRPr="003E489A">
        <w:rPr>
          <w:b/>
          <w:sz w:val="28"/>
          <w:lang w:val="pl-PL"/>
        </w:rPr>
        <w:t>FORMULARZ OFERTOWY</w:t>
      </w:r>
    </w:p>
    <w:p w14:paraId="78D19671" w14:textId="51EF26CB" w:rsidR="000F1B69" w:rsidRPr="003E489A" w:rsidRDefault="00000000">
      <w:pPr>
        <w:spacing w:after="30" w:line="240" w:lineRule="auto"/>
        <w:jc w:val="center"/>
        <w:rPr>
          <w:lang w:val="pl-PL"/>
        </w:rPr>
      </w:pPr>
      <w:r w:rsidRPr="003E489A">
        <w:rPr>
          <w:i/>
          <w:sz w:val="18"/>
          <w:lang w:val="pl-PL"/>
        </w:rPr>
        <w:t>integralna część zapytania ofertowego z dnia 1</w:t>
      </w:r>
      <w:r w:rsidR="006A5607">
        <w:rPr>
          <w:i/>
          <w:sz w:val="18"/>
          <w:lang w:val="pl-PL"/>
        </w:rPr>
        <w:t>3</w:t>
      </w:r>
      <w:r w:rsidRPr="003E489A">
        <w:rPr>
          <w:i/>
          <w:sz w:val="18"/>
          <w:lang w:val="pl-PL"/>
        </w:rPr>
        <w:t xml:space="preserve"> sierpnia 2026 r.</w:t>
      </w:r>
    </w:p>
    <w:p w14:paraId="1B856E9B" w14:textId="77777777" w:rsidR="000F1B69" w:rsidRPr="003E489A" w:rsidRDefault="00000000">
      <w:pPr>
        <w:spacing w:after="30" w:line="240" w:lineRule="auto"/>
        <w:jc w:val="center"/>
        <w:rPr>
          <w:lang w:val="pl-PL"/>
        </w:rPr>
      </w:pPr>
      <w:r w:rsidRPr="003E489A">
        <w:rPr>
          <w:b/>
          <w:sz w:val="20"/>
          <w:lang w:val="pl-PL"/>
        </w:rPr>
        <w:t>„Modernizacja i wyposażenie świetlicy wiejskiej w Majdanie Abramowskim” – roboty budowlane</w:t>
      </w:r>
    </w:p>
    <w:p w14:paraId="68F0E608" w14:textId="77777777" w:rsidR="000F1B69" w:rsidRDefault="00000000">
      <w:pPr>
        <w:spacing w:before="160" w:after="30" w:line="240" w:lineRule="auto"/>
      </w:pPr>
      <w:r>
        <w:rPr>
          <w:b/>
          <w:sz w:val="20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2"/>
        <w:gridCol w:w="4980"/>
      </w:tblGrid>
      <w:tr w:rsidR="000F1B69" w14:paraId="22731CB0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B5A3CF" w14:textId="77777777" w:rsidR="000F1B69" w:rsidRDefault="00000000">
            <w:r>
              <w:rPr>
                <w:b/>
                <w:sz w:val="18"/>
              </w:rPr>
              <w:t>Nazwa / imię i nazwisko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5A3369" w14:textId="77777777" w:rsidR="000F1B69" w:rsidRDefault="000F1B69"/>
        </w:tc>
      </w:tr>
      <w:tr w:rsidR="000F1B69" w14:paraId="17946BB7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2041BD" w14:textId="77777777" w:rsidR="000F1B69" w:rsidRDefault="00000000">
            <w:r>
              <w:rPr>
                <w:b/>
                <w:sz w:val="18"/>
              </w:rPr>
              <w:t>Adres / siedziba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86B32C" w14:textId="77777777" w:rsidR="000F1B69" w:rsidRDefault="000F1B69"/>
        </w:tc>
      </w:tr>
      <w:tr w:rsidR="000F1B69" w14:paraId="03369C3E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F4FEF5" w14:textId="77777777" w:rsidR="000F1B69" w:rsidRDefault="00000000">
            <w:r>
              <w:rPr>
                <w:b/>
                <w:sz w:val="18"/>
              </w:rPr>
              <w:t>NIP / REGON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E5CEAD" w14:textId="77777777" w:rsidR="000F1B69" w:rsidRDefault="000F1B69"/>
        </w:tc>
      </w:tr>
      <w:tr w:rsidR="000F1B69" w14:paraId="61EE00D3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149E62" w14:textId="77777777" w:rsidR="000F1B69" w:rsidRDefault="00000000">
            <w:r>
              <w:rPr>
                <w:b/>
                <w:sz w:val="18"/>
              </w:rPr>
              <w:t>Telefon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0D07B8" w14:textId="77777777" w:rsidR="000F1B69" w:rsidRDefault="000F1B69"/>
        </w:tc>
      </w:tr>
      <w:tr w:rsidR="000F1B69" w14:paraId="03356CA7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A2768C" w14:textId="77777777" w:rsidR="000F1B69" w:rsidRDefault="00000000">
            <w:r>
              <w:rPr>
                <w:b/>
                <w:sz w:val="18"/>
              </w:rPr>
              <w:t>E-mail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AA8ECF" w14:textId="77777777" w:rsidR="000F1B69" w:rsidRDefault="000F1B69"/>
        </w:tc>
      </w:tr>
      <w:tr w:rsidR="000F1B69" w14:paraId="65F45185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95F7CB" w14:textId="77777777" w:rsidR="000F1B69" w:rsidRDefault="00000000">
            <w:r>
              <w:rPr>
                <w:b/>
                <w:sz w:val="18"/>
              </w:rPr>
              <w:t>Osoba uprawniona do reprezentacji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4FF846" w14:textId="77777777" w:rsidR="000F1B69" w:rsidRDefault="000F1B69"/>
        </w:tc>
      </w:tr>
    </w:tbl>
    <w:p w14:paraId="68E84F14" w14:textId="77777777" w:rsidR="000F1B69" w:rsidRDefault="00000000">
      <w:pPr>
        <w:spacing w:before="160" w:after="30" w:line="240" w:lineRule="auto"/>
      </w:pPr>
      <w:r>
        <w:rPr>
          <w:b/>
          <w:sz w:val="20"/>
        </w:rPr>
        <w:t>2. Cena oferty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82"/>
        <w:gridCol w:w="7380"/>
      </w:tblGrid>
      <w:tr w:rsidR="000F1B69" w14:paraId="7159EB89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2EA475" w14:textId="77777777" w:rsidR="000F1B69" w:rsidRDefault="00000000">
            <w:r>
              <w:rPr>
                <w:b/>
                <w:sz w:val="18"/>
              </w:rPr>
              <w:t>Cena netto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F67EF74" w14:textId="77777777" w:rsidR="000F1B69" w:rsidRDefault="00000000">
            <w:r>
              <w:rPr>
                <w:sz w:val="18"/>
              </w:rPr>
              <w:t>……………………………… zł</w:t>
            </w:r>
          </w:p>
        </w:tc>
      </w:tr>
      <w:tr w:rsidR="000F1B69" w14:paraId="6D874E76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ADE207" w14:textId="77777777" w:rsidR="000F1B69" w:rsidRDefault="00000000">
            <w:r>
              <w:rPr>
                <w:b/>
                <w:sz w:val="18"/>
              </w:rPr>
              <w:t>VAT ……… %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C4F8BE" w14:textId="77777777" w:rsidR="000F1B69" w:rsidRDefault="00000000">
            <w:r>
              <w:rPr>
                <w:sz w:val="18"/>
              </w:rPr>
              <w:t>……………………………… zł</w:t>
            </w:r>
          </w:p>
        </w:tc>
      </w:tr>
      <w:tr w:rsidR="000F1B69" w14:paraId="537E1D03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DA02F8" w14:textId="77777777" w:rsidR="000F1B69" w:rsidRDefault="00000000">
            <w:r>
              <w:rPr>
                <w:b/>
                <w:sz w:val="18"/>
              </w:rPr>
              <w:t>Cena brutto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8B0D8E9" w14:textId="77777777" w:rsidR="000F1B69" w:rsidRDefault="00000000">
            <w:r>
              <w:rPr>
                <w:sz w:val="18"/>
              </w:rPr>
              <w:t>……………………………… zł</w:t>
            </w:r>
          </w:p>
        </w:tc>
      </w:tr>
      <w:tr w:rsidR="000F1B69" w14:paraId="57E5B4DC" w14:textId="77777777">
        <w:trPr>
          <w:jc w:val="center"/>
        </w:trPr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2BE90A" w14:textId="77777777" w:rsidR="000F1B69" w:rsidRDefault="00000000">
            <w:r>
              <w:rPr>
                <w:b/>
                <w:sz w:val="18"/>
              </w:rPr>
              <w:t>Cena brutto słownie</w:t>
            </w:r>
          </w:p>
        </w:tc>
        <w:tc>
          <w:tcPr>
            <w:tcW w:w="49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97DC28" w14:textId="77777777" w:rsidR="000F1B69" w:rsidRDefault="00000000">
            <w:r>
              <w:rPr>
                <w:sz w:val="18"/>
              </w:rPr>
              <w:t>…………………………………………………………………………………………………………</w:t>
            </w:r>
          </w:p>
        </w:tc>
      </w:tr>
    </w:tbl>
    <w:p w14:paraId="22583CF5" w14:textId="77777777" w:rsidR="000F1B69" w:rsidRDefault="00000000">
      <w:pPr>
        <w:spacing w:before="160" w:after="30" w:line="240" w:lineRule="auto"/>
      </w:pPr>
      <w:r>
        <w:rPr>
          <w:b/>
          <w:sz w:val="20"/>
        </w:rPr>
        <w:t>3. Oświadczenia Wykonawcy</w:t>
      </w:r>
    </w:p>
    <w:p w14:paraId="2E273F19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1. </w:t>
      </w:r>
      <w:r w:rsidRPr="003E489A">
        <w:rPr>
          <w:sz w:val="18"/>
          <w:lang w:val="pl-PL"/>
        </w:rPr>
        <w:t>Zapoznałem/-</w:t>
      </w:r>
      <w:proofErr w:type="spellStart"/>
      <w:r w:rsidRPr="003E489A">
        <w:rPr>
          <w:sz w:val="18"/>
          <w:lang w:val="pl-PL"/>
        </w:rPr>
        <w:t>am</w:t>
      </w:r>
      <w:proofErr w:type="spellEnd"/>
      <w:r w:rsidRPr="003E489A">
        <w:rPr>
          <w:sz w:val="18"/>
          <w:lang w:val="pl-PL"/>
        </w:rPr>
        <w:t xml:space="preserve"> się z treścią zapytania ofertowego, przedmiarami robót i rysunkami technicznymi oraz akceptuję wszystkie wymagania Zamawiającego bez zastrzeżeń.</w:t>
      </w:r>
    </w:p>
    <w:p w14:paraId="32AC6F7C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2. </w:t>
      </w:r>
      <w:r w:rsidRPr="003E489A">
        <w:rPr>
          <w:sz w:val="18"/>
          <w:lang w:val="pl-PL"/>
        </w:rPr>
        <w:t>Oferuję wykonanie pełnego zakresu zamówienia za cenę wskazaną w pkt 2, zgodnie z załączonym kosztorysem ofertowym.</w:t>
      </w:r>
    </w:p>
    <w:p w14:paraId="1C3DB3E0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3. </w:t>
      </w:r>
      <w:r w:rsidRPr="003E489A">
        <w:rPr>
          <w:sz w:val="18"/>
          <w:lang w:val="pl-PL"/>
        </w:rPr>
        <w:t>Cena oferty ma charakter ryczałtowy i obejmuje wszystkie koszty konieczne do prawidłowego i kompletnego wykonania zamówienia.</w:t>
      </w:r>
    </w:p>
    <w:p w14:paraId="062A6B53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4. </w:t>
      </w:r>
      <w:r w:rsidRPr="003E489A">
        <w:rPr>
          <w:sz w:val="18"/>
          <w:lang w:val="pl-PL"/>
        </w:rPr>
        <w:t>Zobowiązuję się wykonać zamówienie do dnia 30 listopada 2026 r.</w:t>
      </w:r>
    </w:p>
    <w:p w14:paraId="2464058D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5. </w:t>
      </w:r>
      <w:r w:rsidRPr="003E489A">
        <w:rPr>
          <w:sz w:val="18"/>
          <w:lang w:val="pl-PL"/>
        </w:rPr>
        <w:t>Udzielam 60 miesięcy gwarancji jakości na wykonane roboty i zastosowane materiały.</w:t>
      </w:r>
    </w:p>
    <w:p w14:paraId="2C35C71E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6. </w:t>
      </w:r>
      <w:r w:rsidRPr="003E489A">
        <w:rPr>
          <w:sz w:val="18"/>
          <w:lang w:val="pl-PL"/>
        </w:rPr>
        <w:t>Akceptuję termin płatności wynoszący 30 dni od dnia doręczenia Zamawiającemu prawidłowo wystawionej faktury wraz z wymaganymi dokumentami odbiorowymi.</w:t>
      </w:r>
    </w:p>
    <w:p w14:paraId="26249C06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7. </w:t>
      </w:r>
      <w:r w:rsidRPr="003E489A">
        <w:rPr>
          <w:sz w:val="18"/>
          <w:lang w:val="pl-PL"/>
        </w:rPr>
        <w:t>Pozostaję związany/-a ofertą przez 30 dni od upływu terminu składania ofert.</w:t>
      </w:r>
    </w:p>
    <w:p w14:paraId="658248A7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8. </w:t>
      </w:r>
      <w:r w:rsidRPr="003E489A">
        <w:rPr>
          <w:sz w:val="18"/>
          <w:lang w:val="pl-PL"/>
        </w:rPr>
        <w:t>Posiadam wiedzę, doświadczenie, potencjał techniczny i osoby zdolne do należytego wykonania zamówienia oraz znajduję się w sytuacji ekonomicznej umożliwiającej jego realizację.</w:t>
      </w:r>
    </w:p>
    <w:p w14:paraId="522A0A87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9. </w:t>
      </w:r>
      <w:r w:rsidRPr="003E489A">
        <w:rPr>
          <w:sz w:val="18"/>
          <w:lang w:val="pl-PL"/>
        </w:rPr>
        <w:t>Nie zachodzą wobec mnie / podmiotu, który reprezentuję, przesłanki wykluczenia określone w art. 7 ust. 1 ustawy z dnia 13 kwietnia 2022 r. o szczególnych rozwiązaniach w zakresie przeciwdziałania wspieraniu agresji na Ukrainę oraz służących ochronie bezpieczeństwa narodowego.</w:t>
      </w:r>
    </w:p>
    <w:p w14:paraId="31E2D168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10. </w:t>
      </w:r>
      <w:r w:rsidRPr="003E489A">
        <w:rPr>
          <w:sz w:val="18"/>
          <w:lang w:val="pl-PL"/>
        </w:rPr>
        <w:t>W przypadku wyboru mojej oferty zobowiązuję się do zawarcia umowy w miejscu i terminie wskazanym przez Zamawiającego.</w:t>
      </w:r>
    </w:p>
    <w:p w14:paraId="65885FFD" w14:textId="77777777" w:rsidR="000F1B69" w:rsidRPr="003E489A" w:rsidRDefault="00000000">
      <w:pPr>
        <w:spacing w:before="160" w:after="30" w:line="240" w:lineRule="auto"/>
        <w:rPr>
          <w:lang w:val="pl-PL"/>
        </w:rPr>
      </w:pPr>
      <w:r w:rsidRPr="003E489A">
        <w:rPr>
          <w:b/>
          <w:sz w:val="20"/>
          <w:lang w:val="pl-PL"/>
        </w:rPr>
        <w:t>4. Załączniki do oferty</w:t>
      </w:r>
    </w:p>
    <w:p w14:paraId="3BD76B9D" w14:textId="77777777" w:rsidR="000F1B69" w:rsidRPr="003E489A" w:rsidRDefault="00000000">
      <w:pPr>
        <w:spacing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1. </w:t>
      </w:r>
      <w:r w:rsidRPr="003E489A">
        <w:rPr>
          <w:sz w:val="18"/>
          <w:lang w:val="pl-PL"/>
        </w:rPr>
        <w:t>Kosztorys ofertowy sporządzony na podstawie przedmiarów robót.</w:t>
      </w:r>
    </w:p>
    <w:p w14:paraId="524845CB" w14:textId="77777777" w:rsidR="000F1B69" w:rsidRPr="003E489A" w:rsidRDefault="00000000">
      <w:pPr>
        <w:spacing w:before="40" w:after="30" w:line="240" w:lineRule="auto"/>
        <w:ind w:left="312" w:hanging="312"/>
        <w:rPr>
          <w:lang w:val="pl-PL"/>
        </w:rPr>
      </w:pPr>
      <w:r w:rsidRPr="003E489A">
        <w:rPr>
          <w:b/>
          <w:sz w:val="18"/>
          <w:lang w:val="pl-PL"/>
        </w:rPr>
        <w:t xml:space="preserve">2. </w:t>
      </w:r>
      <w:r w:rsidRPr="003E489A">
        <w:rPr>
          <w:sz w:val="18"/>
          <w:lang w:val="pl-PL"/>
        </w:rPr>
        <w:t>Pełnomocnictwo – jeżeli ofertę podpisuje osoba niewskazana jako uprawniona do reprezentacji w odpowiednim rejestrze.</w:t>
      </w:r>
    </w:p>
    <w:p w14:paraId="39AA5BD5" w14:textId="77777777" w:rsidR="000F1B69" w:rsidRDefault="00000000">
      <w:pPr>
        <w:spacing w:before="40" w:after="30" w:line="240" w:lineRule="auto"/>
        <w:rPr>
          <w:sz w:val="18"/>
          <w:lang w:val="pl-PL"/>
        </w:rPr>
      </w:pPr>
      <w:r w:rsidRPr="003E489A">
        <w:rPr>
          <w:b/>
          <w:sz w:val="18"/>
          <w:lang w:val="pl-PL"/>
        </w:rPr>
        <w:t xml:space="preserve">Miejscowość i data: </w:t>
      </w:r>
      <w:r w:rsidRPr="003E489A">
        <w:rPr>
          <w:sz w:val="18"/>
          <w:lang w:val="pl-PL"/>
        </w:rPr>
        <w:t>……………………………………………………</w:t>
      </w:r>
    </w:p>
    <w:p w14:paraId="3A524E37" w14:textId="77777777" w:rsidR="002F2492" w:rsidRDefault="002F2492">
      <w:pPr>
        <w:spacing w:before="40" w:after="30" w:line="240" w:lineRule="auto"/>
        <w:rPr>
          <w:sz w:val="18"/>
          <w:lang w:val="pl-PL"/>
        </w:rPr>
      </w:pPr>
    </w:p>
    <w:p w14:paraId="54243B12" w14:textId="77777777" w:rsidR="002F2492" w:rsidRPr="003E489A" w:rsidRDefault="002F2492">
      <w:pPr>
        <w:spacing w:before="40" w:after="30" w:line="240" w:lineRule="auto"/>
        <w:rPr>
          <w:lang w:val="pl-PL"/>
        </w:rPr>
      </w:pPr>
    </w:p>
    <w:p w14:paraId="5791C11C" w14:textId="77777777" w:rsidR="000F1B69" w:rsidRPr="003E489A" w:rsidRDefault="00000000">
      <w:pPr>
        <w:spacing w:before="40" w:after="30" w:line="240" w:lineRule="auto"/>
        <w:rPr>
          <w:lang w:val="pl-PL"/>
        </w:rPr>
      </w:pPr>
      <w:r w:rsidRPr="003E489A">
        <w:rPr>
          <w:b/>
          <w:sz w:val="18"/>
          <w:lang w:val="pl-PL"/>
        </w:rPr>
        <w:t xml:space="preserve">Podpis osoby uprawnionej: </w:t>
      </w:r>
      <w:r w:rsidRPr="003E489A">
        <w:rPr>
          <w:sz w:val="18"/>
          <w:lang w:val="pl-PL"/>
        </w:rPr>
        <w:t>……………………………………………………</w:t>
      </w:r>
    </w:p>
    <w:sectPr w:rsidR="000F1B69" w:rsidRPr="003E489A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35" w:right="1134" w:bottom="935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14FF" w14:textId="77777777" w:rsidR="00814559" w:rsidRDefault="00814559">
      <w:pPr>
        <w:spacing w:after="0" w:line="240" w:lineRule="auto"/>
      </w:pPr>
      <w:r>
        <w:separator/>
      </w:r>
    </w:p>
  </w:endnote>
  <w:endnote w:type="continuationSeparator" w:id="0">
    <w:p w14:paraId="7D6A46DB" w14:textId="77777777" w:rsidR="00814559" w:rsidRDefault="0081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064D" w14:textId="77777777" w:rsidR="004C0795" w:rsidRDefault="004C07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DD4C" w14:textId="77777777" w:rsidR="000F1B69" w:rsidRDefault="00000000">
    <w:pPr>
      <w:pStyle w:val="Stopka"/>
      <w:jc w:val="center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3E489A">
      <w:rPr>
        <w:noProof/>
      </w:rPr>
      <w:t>1</w:t>
    </w:r>
    <w:r>
      <w:fldChar w:fldCharType="end"/>
    </w:r>
    <w:r>
      <w:t xml:space="preserve"> z </w:t>
    </w:r>
    <w:r>
      <w:fldChar w:fldCharType="begin"/>
    </w:r>
    <w:r>
      <w:instrText>NUMPAGES</w:instrText>
    </w:r>
    <w:r>
      <w:fldChar w:fldCharType="separate"/>
    </w:r>
    <w:r w:rsidR="003E489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CF89" w14:textId="77777777" w:rsidR="004C0795" w:rsidRDefault="004C07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A746" w14:textId="77777777" w:rsidR="00814559" w:rsidRDefault="00814559">
      <w:pPr>
        <w:spacing w:after="0" w:line="240" w:lineRule="auto"/>
      </w:pPr>
      <w:r>
        <w:separator/>
      </w:r>
    </w:p>
  </w:footnote>
  <w:footnote w:type="continuationSeparator" w:id="0">
    <w:p w14:paraId="5600F34A" w14:textId="77777777" w:rsidR="00814559" w:rsidRDefault="00814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E291A" w14:textId="77777777" w:rsidR="004C0795" w:rsidRDefault="004C07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3F22" w14:textId="3BC024D3" w:rsidR="000F1B69" w:rsidRDefault="00555DBE">
    <w:pPr>
      <w:pStyle w:val="Nagwek"/>
      <w:jc w:val="center"/>
    </w:pPr>
    <w:r w:rsidRPr="00587543">
      <w:rPr>
        <w:rFonts w:ascii="Times New Roman" w:eastAsia="Times New Roman" w:hAnsi="Times New Roman" w:cs="Times New Roman"/>
        <w:bCs/>
        <w:noProof/>
        <w:sz w:val="18"/>
        <w:szCs w:val="18"/>
        <w:lang w:eastAsia="pl-PL"/>
      </w:rPr>
      <w:drawing>
        <wp:inline distT="0" distB="0" distL="0" distR="0" wp14:anchorId="5551823A" wp14:editId="32FDC12A">
          <wp:extent cx="5759450" cy="821993"/>
          <wp:effectExtent l="0" t="0" r="0" b="0"/>
          <wp:docPr id="2" name="Obraz 1" descr="pasek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_k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821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AD56" w14:textId="77777777" w:rsidR="004C0795" w:rsidRDefault="004C07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2181962">
    <w:abstractNumId w:val="8"/>
  </w:num>
  <w:num w:numId="2" w16cid:durableId="2096710155">
    <w:abstractNumId w:val="6"/>
  </w:num>
  <w:num w:numId="3" w16cid:durableId="1362436027">
    <w:abstractNumId w:val="5"/>
  </w:num>
  <w:num w:numId="4" w16cid:durableId="566771280">
    <w:abstractNumId w:val="4"/>
  </w:num>
  <w:num w:numId="5" w16cid:durableId="541097794">
    <w:abstractNumId w:val="7"/>
  </w:num>
  <w:num w:numId="6" w16cid:durableId="1086924778">
    <w:abstractNumId w:val="3"/>
  </w:num>
  <w:num w:numId="7" w16cid:durableId="2008362702">
    <w:abstractNumId w:val="2"/>
  </w:num>
  <w:num w:numId="8" w16cid:durableId="78214255">
    <w:abstractNumId w:val="1"/>
  </w:num>
  <w:num w:numId="9" w16cid:durableId="114276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1B69"/>
    <w:rsid w:val="0015074B"/>
    <w:rsid w:val="00187467"/>
    <w:rsid w:val="001D09FC"/>
    <w:rsid w:val="001D1D34"/>
    <w:rsid w:val="002013C8"/>
    <w:rsid w:val="00252C23"/>
    <w:rsid w:val="0029639D"/>
    <w:rsid w:val="002F2492"/>
    <w:rsid w:val="00326F90"/>
    <w:rsid w:val="003E489A"/>
    <w:rsid w:val="0040118B"/>
    <w:rsid w:val="004C0795"/>
    <w:rsid w:val="00555DBE"/>
    <w:rsid w:val="006A5607"/>
    <w:rsid w:val="007A5647"/>
    <w:rsid w:val="00814559"/>
    <w:rsid w:val="00970401"/>
    <w:rsid w:val="009C3002"/>
    <w:rsid w:val="00A1195C"/>
    <w:rsid w:val="00AA1D8D"/>
    <w:rsid w:val="00B27654"/>
    <w:rsid w:val="00B47730"/>
    <w:rsid w:val="00BD5C1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99924"/>
  <w14:defaultImageDpi w14:val="300"/>
  <w15:docId w15:val="{273DD69E-6674-40B5-B3CE-1E378817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 - Modernizacja świetlicy wiejskiej w Majdanie Abramowskim</vt:lpstr>
      <vt:lpstr/>
    </vt:vector>
  </TitlesOfParts>
  <Manager/>
  <Company/>
  <LinksUpToDate>false</LinksUpToDate>
  <CharactersWithSpaces>2169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- Modernizacja świetlicy wiejskiej w Majdanie Abramowskim</dc:title>
  <dc:subject>Roboty budowlane - PS WPR 2023-2027, I.13.1 LEADER/RLKS</dc:subject>
  <dc:creator>Gmina Goraj</dc:creator>
  <cp:keywords/>
  <dc:description>generated by python-docx</dc:description>
  <cp:lastModifiedBy>Edyta Próchno</cp:lastModifiedBy>
  <cp:revision>4</cp:revision>
  <cp:lastPrinted>2026-08-13T08:04:00Z</cp:lastPrinted>
  <dcterms:created xsi:type="dcterms:W3CDTF">2026-08-13T09:32:00Z</dcterms:created>
  <dcterms:modified xsi:type="dcterms:W3CDTF">2026-08-13T10:09:00Z</dcterms:modified>
  <cp:category/>
</cp:coreProperties>
</file>